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865C0" w14:textId="77777777" w:rsidR="009E08B0" w:rsidRPr="0041279A" w:rsidRDefault="00EB1433">
      <w:pPr>
        <w:pStyle w:val="Heading1"/>
        <w:rPr>
          <w:color w:val="000000" w:themeColor="text1"/>
          <w:sz w:val="36"/>
          <w:szCs w:val="36"/>
          <w:lang w:val="nb-NO"/>
        </w:rPr>
      </w:pPr>
      <w:r w:rsidRPr="0041279A">
        <w:rPr>
          <w:color w:val="000000" w:themeColor="text1"/>
          <w:sz w:val="36"/>
          <w:szCs w:val="36"/>
          <w:lang w:val="nb-NO"/>
        </w:rPr>
        <w:t>LEIEKONTRAKT FOR BOLIG</w:t>
      </w:r>
    </w:p>
    <w:p w14:paraId="17B484BE" w14:textId="77777777" w:rsidR="009E08B0" w:rsidRPr="0041279A" w:rsidRDefault="00EB1433">
      <w:pPr>
        <w:pStyle w:val="Heading2"/>
        <w:rPr>
          <w:color w:val="000000" w:themeColor="text1"/>
          <w:sz w:val="32"/>
          <w:szCs w:val="32"/>
          <w:lang w:val="nb-NO"/>
        </w:rPr>
      </w:pPr>
      <w:r w:rsidRPr="0041279A">
        <w:rPr>
          <w:color w:val="000000" w:themeColor="text1"/>
          <w:sz w:val="32"/>
          <w:szCs w:val="32"/>
          <w:lang w:val="nb-NO"/>
        </w:rPr>
        <w:t>1. Parter</w:t>
      </w:r>
    </w:p>
    <w:p w14:paraId="75031234" w14:textId="35251545" w:rsidR="009E08B0" w:rsidRPr="007A318F" w:rsidRDefault="00EB1433">
      <w:pPr>
        <w:rPr>
          <w:b/>
          <w:bCs/>
          <w:color w:val="000000" w:themeColor="text1"/>
          <w:lang w:val="nb-NO"/>
        </w:rPr>
      </w:pPr>
      <w:proofErr w:type="gramStart"/>
      <w:r w:rsidRPr="007A318F">
        <w:rPr>
          <w:b/>
          <w:bCs/>
          <w:color w:val="000000" w:themeColor="text1"/>
          <w:lang w:val="nb-NO"/>
        </w:rPr>
        <w:t>Utleier</w:t>
      </w:r>
      <w:r w:rsidR="008A189B" w:rsidRPr="007A318F">
        <w:rPr>
          <w:b/>
          <w:bCs/>
          <w:color w:val="000000" w:themeColor="text1"/>
          <w:lang w:val="nb-NO"/>
        </w:rPr>
        <w:t xml:space="preserve">: </w:t>
      </w:r>
      <w:r w:rsidR="006642BC" w:rsidRPr="007A318F">
        <w:rPr>
          <w:b/>
          <w:bCs/>
          <w:color w:val="000000" w:themeColor="text1"/>
          <w:lang w:val="nb-NO"/>
        </w:rPr>
        <w:t xml:space="preserve"> </w:t>
      </w:r>
      <w:r w:rsidRPr="007A318F">
        <w:rPr>
          <w:b/>
          <w:bCs/>
          <w:color w:val="000000" w:themeColor="text1"/>
          <w:lang w:val="nb-NO"/>
        </w:rPr>
        <w:t>$</w:t>
      </w:r>
      <w:proofErr w:type="gramEnd"/>
      <w:r w:rsidRPr="007A318F">
        <w:rPr>
          <w:b/>
          <w:bCs/>
          <w:color w:val="000000" w:themeColor="text1"/>
          <w:lang w:val="nb-NO"/>
        </w:rPr>
        <w:t>{</w:t>
      </w:r>
      <w:proofErr w:type="spellStart"/>
      <w:proofErr w:type="gramStart"/>
      <w:r w:rsidRPr="007A318F">
        <w:rPr>
          <w:b/>
          <w:bCs/>
          <w:color w:val="000000" w:themeColor="text1"/>
          <w:lang w:val="nb-NO"/>
        </w:rPr>
        <w:t>selskab.navn</w:t>
      </w:r>
      <w:proofErr w:type="spellEnd"/>
      <w:proofErr w:type="gramEnd"/>
      <w:r w:rsidRPr="007A318F">
        <w:rPr>
          <w:b/>
          <w:bCs/>
          <w:color w:val="000000" w:themeColor="text1"/>
          <w:lang w:val="nb-NO"/>
        </w:rPr>
        <w:t>}</w:t>
      </w:r>
    </w:p>
    <w:p w14:paraId="579E41D5" w14:textId="2E883C68" w:rsidR="009E08B0" w:rsidRPr="007A318F" w:rsidRDefault="00EB1433">
      <w:pPr>
        <w:rPr>
          <w:color w:val="000000" w:themeColor="text1"/>
          <w:lang w:val="nb-NO"/>
        </w:rPr>
      </w:pPr>
      <w:r w:rsidRPr="007A318F">
        <w:rPr>
          <w:color w:val="000000" w:themeColor="text1"/>
          <w:lang w:val="nb-NO"/>
        </w:rPr>
        <w:t>Org.nr.: ${</w:t>
      </w:r>
      <w:proofErr w:type="spellStart"/>
      <w:r w:rsidRPr="007A318F">
        <w:rPr>
          <w:color w:val="000000" w:themeColor="text1"/>
          <w:lang w:val="nb-NO"/>
        </w:rPr>
        <w:t>selskab.cvr</w:t>
      </w:r>
      <w:proofErr w:type="spellEnd"/>
      <w:r w:rsidRPr="007A318F">
        <w:rPr>
          <w:color w:val="000000" w:themeColor="text1"/>
          <w:lang w:val="nb-NO"/>
        </w:rPr>
        <w:t xml:space="preserve">}  </w:t>
      </w:r>
      <w:r w:rsidR="003C0F1B">
        <w:rPr>
          <w:color w:val="000000" w:themeColor="text1"/>
          <w:lang w:val="nb-NO"/>
        </w:rPr>
        <w:br/>
      </w:r>
      <w:r w:rsidRPr="007A318F">
        <w:rPr>
          <w:color w:val="000000" w:themeColor="text1"/>
          <w:lang w:val="nb-NO"/>
        </w:rPr>
        <w:t>Adresse: ${</w:t>
      </w:r>
      <w:proofErr w:type="spellStart"/>
      <w:r w:rsidRPr="007A318F">
        <w:rPr>
          <w:color w:val="000000" w:themeColor="text1"/>
          <w:lang w:val="nb-NO"/>
        </w:rPr>
        <w:t>selskab.adresse</w:t>
      </w:r>
      <w:proofErr w:type="spellEnd"/>
      <w:r w:rsidRPr="007A318F">
        <w:rPr>
          <w:color w:val="000000" w:themeColor="text1"/>
          <w:lang w:val="nb-NO"/>
        </w:rPr>
        <w:t>}, ${</w:t>
      </w:r>
      <w:proofErr w:type="spellStart"/>
      <w:r w:rsidRPr="007A318F">
        <w:rPr>
          <w:color w:val="000000" w:themeColor="text1"/>
          <w:lang w:val="nb-NO"/>
        </w:rPr>
        <w:t>selskab.postnummer</w:t>
      </w:r>
      <w:proofErr w:type="spellEnd"/>
      <w:r w:rsidRPr="007A318F">
        <w:rPr>
          <w:color w:val="000000" w:themeColor="text1"/>
          <w:lang w:val="nb-NO"/>
        </w:rPr>
        <w:t xml:space="preserve">} ${selskab.by}  </w:t>
      </w:r>
    </w:p>
    <w:p w14:paraId="427291E2" w14:textId="6A0286F4" w:rsidR="009E08B0" w:rsidRPr="007A318F" w:rsidRDefault="00EB1433">
      <w:pPr>
        <w:rPr>
          <w:b/>
          <w:bCs/>
          <w:color w:val="000000" w:themeColor="text1"/>
          <w:lang w:val="nb-NO"/>
        </w:rPr>
      </w:pPr>
      <w:r w:rsidRPr="007A318F">
        <w:rPr>
          <w:b/>
          <w:bCs/>
          <w:color w:val="000000" w:themeColor="text1"/>
          <w:lang w:val="nb-NO"/>
        </w:rPr>
        <w:t xml:space="preserve">Leietaker </w:t>
      </w:r>
      <w:r w:rsidR="008A189B" w:rsidRPr="007A318F">
        <w:rPr>
          <w:b/>
          <w:bCs/>
          <w:color w:val="000000" w:themeColor="text1"/>
          <w:lang w:val="nb-NO"/>
        </w:rPr>
        <w:t xml:space="preserve">: </w:t>
      </w:r>
      <w:r w:rsidRPr="007A318F">
        <w:rPr>
          <w:b/>
          <w:bCs/>
          <w:color w:val="000000" w:themeColor="text1"/>
          <w:lang w:val="nb-NO"/>
        </w:rPr>
        <w:t>${</w:t>
      </w:r>
      <w:proofErr w:type="spellStart"/>
      <w:r w:rsidRPr="007A318F">
        <w:rPr>
          <w:b/>
          <w:bCs/>
          <w:color w:val="000000" w:themeColor="text1"/>
          <w:lang w:val="nb-NO"/>
        </w:rPr>
        <w:t>lejer.navn</w:t>
      </w:r>
      <w:proofErr w:type="spellEnd"/>
      <w:r w:rsidRPr="007A318F">
        <w:rPr>
          <w:b/>
          <w:bCs/>
          <w:color w:val="000000" w:themeColor="text1"/>
          <w:lang w:val="nb-NO"/>
        </w:rPr>
        <w:t xml:space="preserve">}  </w:t>
      </w:r>
    </w:p>
    <w:p w14:paraId="50237548" w14:textId="6D214C49" w:rsidR="009E08B0" w:rsidRPr="007A318F" w:rsidRDefault="00EB1433">
      <w:pPr>
        <w:rPr>
          <w:color w:val="000000" w:themeColor="text1"/>
          <w:lang w:val="nb-NO"/>
        </w:rPr>
      </w:pPr>
      <w:r w:rsidRPr="007A318F">
        <w:rPr>
          <w:color w:val="000000" w:themeColor="text1"/>
          <w:lang w:val="nb-NO"/>
        </w:rPr>
        <w:t>Adresse: ${</w:t>
      </w:r>
      <w:proofErr w:type="spellStart"/>
      <w:r w:rsidRPr="007A318F">
        <w:rPr>
          <w:color w:val="000000" w:themeColor="text1"/>
          <w:lang w:val="nb-NO"/>
        </w:rPr>
        <w:t>lejer.adresse</w:t>
      </w:r>
      <w:proofErr w:type="spellEnd"/>
      <w:r w:rsidRPr="007A318F">
        <w:rPr>
          <w:color w:val="000000" w:themeColor="text1"/>
          <w:lang w:val="nb-NO"/>
        </w:rPr>
        <w:t>}, ${</w:t>
      </w:r>
      <w:proofErr w:type="spellStart"/>
      <w:r w:rsidRPr="007A318F">
        <w:rPr>
          <w:color w:val="000000" w:themeColor="text1"/>
          <w:lang w:val="nb-NO"/>
        </w:rPr>
        <w:t>lejer.postnummer</w:t>
      </w:r>
      <w:proofErr w:type="spellEnd"/>
      <w:r w:rsidRPr="007A318F">
        <w:rPr>
          <w:color w:val="000000" w:themeColor="text1"/>
          <w:lang w:val="nb-NO"/>
        </w:rPr>
        <w:t xml:space="preserve">} ${lejer.by}  </w:t>
      </w:r>
      <w:r w:rsidR="003C0F1B">
        <w:rPr>
          <w:color w:val="000000" w:themeColor="text1"/>
          <w:lang w:val="nb-NO"/>
        </w:rPr>
        <w:br/>
      </w:r>
      <w:r w:rsidRPr="007A318F">
        <w:rPr>
          <w:color w:val="000000" w:themeColor="text1"/>
          <w:lang w:val="nb-NO"/>
        </w:rPr>
        <w:t>E-post: ${</w:t>
      </w:r>
      <w:proofErr w:type="spellStart"/>
      <w:r w:rsidRPr="007A318F">
        <w:rPr>
          <w:color w:val="000000" w:themeColor="text1"/>
          <w:lang w:val="nb-NO"/>
        </w:rPr>
        <w:t>lejer.email</w:t>
      </w:r>
      <w:proofErr w:type="spellEnd"/>
      <w:r w:rsidRPr="007A318F">
        <w:rPr>
          <w:color w:val="000000" w:themeColor="text1"/>
          <w:lang w:val="nb-NO"/>
        </w:rPr>
        <w:t>} Telefon: ${</w:t>
      </w:r>
      <w:proofErr w:type="spellStart"/>
      <w:r w:rsidRPr="007A318F">
        <w:rPr>
          <w:color w:val="000000" w:themeColor="text1"/>
          <w:lang w:val="nb-NO"/>
        </w:rPr>
        <w:t>lejer.telefon</w:t>
      </w:r>
      <w:proofErr w:type="spellEnd"/>
      <w:r w:rsidRPr="007A318F">
        <w:rPr>
          <w:color w:val="000000" w:themeColor="text1"/>
          <w:lang w:val="nb-NO"/>
        </w:rPr>
        <w:t xml:space="preserve">}  </w:t>
      </w:r>
      <w:r w:rsidR="003C0F1B">
        <w:rPr>
          <w:color w:val="000000" w:themeColor="text1"/>
          <w:lang w:val="nb-NO"/>
        </w:rPr>
        <w:br/>
      </w:r>
      <w:proofErr w:type="spellStart"/>
      <w:r w:rsidRPr="007A318F">
        <w:rPr>
          <w:color w:val="000000" w:themeColor="text1"/>
          <w:lang w:val="nb-NO"/>
        </w:rPr>
        <w:t>Fødselsnr</w:t>
      </w:r>
      <w:proofErr w:type="spellEnd"/>
      <w:r w:rsidRPr="007A318F">
        <w:rPr>
          <w:color w:val="000000" w:themeColor="text1"/>
          <w:lang w:val="nb-NO"/>
        </w:rPr>
        <w:t>./org.nr.: ${</w:t>
      </w:r>
      <w:proofErr w:type="spellStart"/>
      <w:r w:rsidRPr="007A318F">
        <w:rPr>
          <w:color w:val="000000" w:themeColor="text1"/>
          <w:lang w:val="nb-NO"/>
        </w:rPr>
        <w:t>lejer.cpr</w:t>
      </w:r>
      <w:proofErr w:type="spellEnd"/>
      <w:r w:rsidRPr="007A318F">
        <w:rPr>
          <w:color w:val="000000" w:themeColor="text1"/>
          <w:lang w:val="nb-NO"/>
        </w:rPr>
        <w:t>}${</w:t>
      </w:r>
      <w:proofErr w:type="spellStart"/>
      <w:r w:rsidRPr="007A318F">
        <w:rPr>
          <w:color w:val="000000" w:themeColor="text1"/>
          <w:lang w:val="nb-NO"/>
        </w:rPr>
        <w:t>lejer.cvr</w:t>
      </w:r>
      <w:proofErr w:type="spellEnd"/>
      <w:r w:rsidRPr="007A318F">
        <w:rPr>
          <w:color w:val="000000" w:themeColor="text1"/>
          <w:lang w:val="nb-NO"/>
        </w:rPr>
        <w:t>}</w:t>
      </w:r>
    </w:p>
    <w:p w14:paraId="7B573840" w14:textId="77777777" w:rsidR="009E08B0" w:rsidRPr="0041279A" w:rsidRDefault="00EB1433">
      <w:pPr>
        <w:pStyle w:val="Heading2"/>
        <w:rPr>
          <w:color w:val="000000" w:themeColor="text1"/>
          <w:sz w:val="32"/>
          <w:szCs w:val="32"/>
          <w:lang w:val="nb-NO"/>
        </w:rPr>
      </w:pPr>
      <w:r w:rsidRPr="0041279A">
        <w:rPr>
          <w:color w:val="000000" w:themeColor="text1"/>
          <w:sz w:val="32"/>
          <w:szCs w:val="32"/>
          <w:lang w:val="nb-NO"/>
        </w:rPr>
        <w:t>2. Leieobjekt</w:t>
      </w:r>
    </w:p>
    <w:p w14:paraId="5C15DB12" w14:textId="77777777" w:rsidR="009E08B0" w:rsidRPr="007A318F" w:rsidRDefault="00EB1433">
      <w:pPr>
        <w:rPr>
          <w:color w:val="000000" w:themeColor="text1"/>
          <w:lang w:val="nb-NO"/>
        </w:rPr>
      </w:pPr>
      <w:r w:rsidRPr="007A318F">
        <w:rPr>
          <w:color w:val="000000" w:themeColor="text1"/>
          <w:lang w:val="nb-NO"/>
        </w:rPr>
        <w:t xml:space="preserve">Leieforholdet gjelder  </w:t>
      </w:r>
    </w:p>
    <w:p w14:paraId="7F7ABB9A" w14:textId="6A32003E" w:rsidR="009E08B0" w:rsidRPr="007A318F" w:rsidRDefault="00EB1433">
      <w:pPr>
        <w:rPr>
          <w:color w:val="000000" w:themeColor="text1"/>
          <w:lang w:val="nb-NO"/>
        </w:rPr>
      </w:pPr>
      <w:r w:rsidRPr="007A318F">
        <w:rPr>
          <w:color w:val="000000" w:themeColor="text1"/>
          <w:lang w:val="nb-NO"/>
        </w:rPr>
        <w:t>Adresse: ${</w:t>
      </w:r>
      <w:proofErr w:type="spellStart"/>
      <w:r w:rsidRPr="007A318F">
        <w:rPr>
          <w:color w:val="000000" w:themeColor="text1"/>
          <w:lang w:val="nb-NO"/>
        </w:rPr>
        <w:t>lejemål.adresse</w:t>
      </w:r>
      <w:proofErr w:type="spellEnd"/>
      <w:r w:rsidRPr="007A318F">
        <w:rPr>
          <w:color w:val="000000" w:themeColor="text1"/>
          <w:lang w:val="nb-NO"/>
        </w:rPr>
        <w:t>}, ${</w:t>
      </w:r>
      <w:proofErr w:type="spellStart"/>
      <w:r w:rsidRPr="007A318F">
        <w:rPr>
          <w:color w:val="000000" w:themeColor="text1"/>
          <w:lang w:val="nb-NO"/>
        </w:rPr>
        <w:t>lejemål.postnummer</w:t>
      </w:r>
      <w:proofErr w:type="spellEnd"/>
      <w:r w:rsidRPr="007A318F">
        <w:rPr>
          <w:color w:val="000000" w:themeColor="text1"/>
          <w:lang w:val="nb-NO"/>
        </w:rPr>
        <w:t xml:space="preserve">} ${lejemål.by}  </w:t>
      </w:r>
      <w:r w:rsidR="00A85CBF">
        <w:rPr>
          <w:color w:val="000000" w:themeColor="text1"/>
          <w:lang w:val="nb-NO"/>
        </w:rPr>
        <w:br/>
      </w:r>
      <w:proofErr w:type="spellStart"/>
      <w:r w:rsidRPr="007A318F">
        <w:rPr>
          <w:color w:val="000000" w:themeColor="text1"/>
          <w:lang w:val="nb-NO"/>
        </w:rPr>
        <w:t>Leilighetsnr</w:t>
      </w:r>
      <w:proofErr w:type="spellEnd"/>
      <w:r w:rsidRPr="007A318F">
        <w:rPr>
          <w:color w:val="000000" w:themeColor="text1"/>
          <w:lang w:val="nb-NO"/>
        </w:rPr>
        <w:t>.: ${</w:t>
      </w:r>
      <w:proofErr w:type="spellStart"/>
      <w:r w:rsidRPr="007A318F">
        <w:rPr>
          <w:color w:val="000000" w:themeColor="text1"/>
          <w:lang w:val="nb-NO"/>
        </w:rPr>
        <w:t>lejemål.nummer</w:t>
      </w:r>
      <w:proofErr w:type="spellEnd"/>
      <w:r w:rsidRPr="007A318F">
        <w:rPr>
          <w:color w:val="000000" w:themeColor="text1"/>
          <w:lang w:val="nb-NO"/>
        </w:rPr>
        <w:t>} Etasje/dør: ${</w:t>
      </w:r>
      <w:proofErr w:type="spellStart"/>
      <w:r w:rsidRPr="007A318F">
        <w:rPr>
          <w:color w:val="000000" w:themeColor="text1"/>
          <w:lang w:val="nb-NO"/>
        </w:rPr>
        <w:t>lejemål.etage</w:t>
      </w:r>
      <w:proofErr w:type="spellEnd"/>
      <w:r w:rsidRPr="007A318F">
        <w:rPr>
          <w:color w:val="000000" w:themeColor="text1"/>
          <w:lang w:val="nb-NO"/>
        </w:rPr>
        <w:t>}/${</w:t>
      </w:r>
      <w:proofErr w:type="spellStart"/>
      <w:r w:rsidRPr="007A318F">
        <w:rPr>
          <w:color w:val="000000" w:themeColor="text1"/>
          <w:lang w:val="nb-NO"/>
        </w:rPr>
        <w:t>lejemål.dør</w:t>
      </w:r>
      <w:proofErr w:type="spellEnd"/>
      <w:r w:rsidRPr="007A318F">
        <w:rPr>
          <w:color w:val="000000" w:themeColor="text1"/>
          <w:lang w:val="nb-NO"/>
        </w:rPr>
        <w:t xml:space="preserve">}  </w:t>
      </w:r>
      <w:r w:rsidR="00A85CBF">
        <w:rPr>
          <w:color w:val="000000" w:themeColor="text1"/>
          <w:lang w:val="nb-NO"/>
        </w:rPr>
        <w:br/>
      </w:r>
      <w:r w:rsidRPr="007A318F">
        <w:rPr>
          <w:color w:val="000000" w:themeColor="text1"/>
          <w:lang w:val="nb-NO"/>
        </w:rPr>
        <w:t>Antall rom: ${</w:t>
      </w:r>
      <w:proofErr w:type="spellStart"/>
      <w:r w:rsidRPr="007A318F">
        <w:rPr>
          <w:color w:val="000000" w:themeColor="text1"/>
          <w:lang w:val="nb-NO"/>
        </w:rPr>
        <w:t>lejemål.værelser</w:t>
      </w:r>
      <w:proofErr w:type="spellEnd"/>
      <w:r w:rsidRPr="007A318F">
        <w:rPr>
          <w:color w:val="000000" w:themeColor="text1"/>
          <w:lang w:val="nb-NO"/>
        </w:rPr>
        <w:t>} Boligareal: ${</w:t>
      </w:r>
      <w:proofErr w:type="spellStart"/>
      <w:r w:rsidRPr="007A318F">
        <w:rPr>
          <w:color w:val="000000" w:themeColor="text1"/>
          <w:lang w:val="nb-NO"/>
        </w:rPr>
        <w:t>lejemål.boligareal</w:t>
      </w:r>
      <w:proofErr w:type="spellEnd"/>
      <w:r w:rsidRPr="007A318F">
        <w:rPr>
          <w:color w:val="000000" w:themeColor="text1"/>
          <w:lang w:val="nb-NO"/>
        </w:rPr>
        <w:t xml:space="preserve">} m²  </w:t>
      </w:r>
    </w:p>
    <w:p w14:paraId="5623C377" w14:textId="77777777" w:rsidR="009E08B0" w:rsidRPr="0041279A" w:rsidRDefault="00EB1433">
      <w:pPr>
        <w:pStyle w:val="Heading2"/>
        <w:rPr>
          <w:color w:val="000000" w:themeColor="text1"/>
          <w:sz w:val="32"/>
          <w:szCs w:val="32"/>
          <w:lang w:val="nb-NO"/>
        </w:rPr>
      </w:pPr>
      <w:r w:rsidRPr="0041279A">
        <w:rPr>
          <w:color w:val="000000" w:themeColor="text1"/>
          <w:sz w:val="32"/>
          <w:szCs w:val="32"/>
          <w:lang w:val="nb-NO"/>
        </w:rPr>
        <w:t>3. Leieperiode</w:t>
      </w:r>
    </w:p>
    <w:p w14:paraId="0A1AD839" w14:textId="5140F0C6" w:rsidR="009E08B0" w:rsidRDefault="00EB1433">
      <w:pPr>
        <w:rPr>
          <w:color w:val="000000" w:themeColor="text1"/>
          <w:lang w:val="nb-NO"/>
        </w:rPr>
      </w:pPr>
      <w:r w:rsidRPr="007A318F">
        <w:rPr>
          <w:color w:val="000000" w:themeColor="text1"/>
          <w:lang w:val="nb-NO"/>
        </w:rPr>
        <w:t>Leieforholdet starter ${</w:t>
      </w:r>
      <w:proofErr w:type="spellStart"/>
      <w:r w:rsidRPr="007A318F">
        <w:rPr>
          <w:color w:val="000000" w:themeColor="text1"/>
          <w:lang w:val="nb-NO"/>
        </w:rPr>
        <w:t>lejer.indflytningsdato</w:t>
      </w:r>
      <w:proofErr w:type="spellEnd"/>
      <w:r w:rsidRPr="007A318F">
        <w:rPr>
          <w:color w:val="000000" w:themeColor="text1"/>
          <w:lang w:val="nb-NO"/>
        </w:rPr>
        <w:t>}</w:t>
      </w:r>
      <w:r w:rsidR="004730AE">
        <w:rPr>
          <w:color w:val="000000" w:themeColor="text1"/>
          <w:lang w:val="nb-NO"/>
        </w:rPr>
        <w:t>.</w:t>
      </w:r>
      <w:r w:rsidRPr="007A318F">
        <w:rPr>
          <w:color w:val="000000" w:themeColor="text1"/>
          <w:lang w:val="nb-NO"/>
        </w:rPr>
        <w:t xml:space="preserve"> </w:t>
      </w:r>
    </w:p>
    <w:p w14:paraId="07046B56" w14:textId="6D3CDDDD" w:rsidR="004730AE" w:rsidRDefault="003C0F1B">
      <w:pPr>
        <w:rPr>
          <w:color w:val="000000" w:themeColor="text1"/>
          <w:lang w:val="nb-NO"/>
        </w:rPr>
      </w:pPr>
      <w:r>
        <w:rPr>
          <w:color w:val="000000" w:themeColor="text1"/>
          <w:lang w:val="nb-NO"/>
        </w:rPr>
        <w:t>T</w:t>
      </w:r>
      <w:r w:rsidR="004F57EA">
        <w:rPr>
          <w:color w:val="000000" w:themeColor="text1"/>
          <w:lang w:val="nb-NO"/>
        </w:rPr>
        <w:t xml:space="preserve">idsbestemt kontrakt avsluttes: </w:t>
      </w:r>
      <w:r w:rsidR="004F57EA" w:rsidRPr="007A318F">
        <w:rPr>
          <w:color w:val="000000" w:themeColor="text1"/>
          <w:lang w:val="nb-NO"/>
        </w:rPr>
        <w:t>${</w:t>
      </w:r>
      <w:proofErr w:type="spellStart"/>
      <w:r w:rsidR="004F57EA" w:rsidRPr="007A318F">
        <w:rPr>
          <w:color w:val="000000" w:themeColor="text1"/>
          <w:lang w:val="nb-NO"/>
        </w:rPr>
        <w:t>lejer.fraflytningsdato</w:t>
      </w:r>
      <w:proofErr w:type="spellEnd"/>
      <w:r w:rsidR="004F57EA" w:rsidRPr="007A318F">
        <w:rPr>
          <w:color w:val="000000" w:themeColor="text1"/>
          <w:lang w:val="nb-NO"/>
        </w:rPr>
        <w:t>}</w:t>
      </w:r>
    </w:p>
    <w:p w14:paraId="6AAE7380" w14:textId="4191DAF4" w:rsidR="003C0F1B" w:rsidRPr="007A318F" w:rsidRDefault="003C0F1B">
      <w:pPr>
        <w:rPr>
          <w:color w:val="000000" w:themeColor="text1"/>
          <w:lang w:val="nb-NO"/>
        </w:rPr>
      </w:pPr>
      <w:r w:rsidRPr="007A318F">
        <w:rPr>
          <w:color w:val="000000" w:themeColor="text1"/>
          <w:lang w:val="nb-NO"/>
        </w:rPr>
        <w:t xml:space="preserve">Hvis </w:t>
      </w:r>
      <w:proofErr w:type="spellStart"/>
      <w:r w:rsidRPr="007A318F">
        <w:rPr>
          <w:color w:val="000000" w:themeColor="text1"/>
          <w:lang w:val="nb-NO"/>
        </w:rPr>
        <w:t>tidsubestemt</w:t>
      </w:r>
      <w:proofErr w:type="spellEnd"/>
      <w:r w:rsidRPr="007A318F">
        <w:rPr>
          <w:color w:val="000000" w:themeColor="text1"/>
          <w:lang w:val="nb-NO"/>
        </w:rPr>
        <w:t xml:space="preserve">, gjelder en gjensidig oppsigelsesfrist på </w:t>
      </w:r>
      <w:r>
        <w:rPr>
          <w:color w:val="000000" w:themeColor="text1"/>
          <w:lang w:val="nb-NO"/>
        </w:rPr>
        <w:t>3</w:t>
      </w:r>
      <w:r w:rsidRPr="007A318F">
        <w:rPr>
          <w:color w:val="000000" w:themeColor="text1"/>
          <w:lang w:val="nb-NO"/>
        </w:rPr>
        <w:t xml:space="preserve"> måneder regnet fra første dag i måneden etter oppsigelse.</w:t>
      </w:r>
    </w:p>
    <w:p w14:paraId="42E5BDD3" w14:textId="77777777" w:rsidR="009E08B0" w:rsidRPr="0041279A" w:rsidRDefault="00EB1433">
      <w:pPr>
        <w:pStyle w:val="Heading2"/>
        <w:rPr>
          <w:color w:val="000000" w:themeColor="text1"/>
          <w:sz w:val="32"/>
          <w:szCs w:val="32"/>
          <w:lang w:val="nb-NO"/>
        </w:rPr>
      </w:pPr>
      <w:r w:rsidRPr="0041279A">
        <w:rPr>
          <w:color w:val="000000" w:themeColor="text1"/>
          <w:sz w:val="32"/>
          <w:szCs w:val="32"/>
          <w:lang w:val="nb-NO"/>
        </w:rPr>
        <w:t>4. Leie og betaling</w:t>
      </w:r>
    </w:p>
    <w:p w14:paraId="1CF34346" w14:textId="532F1133" w:rsidR="009E08B0" w:rsidRPr="007A318F" w:rsidRDefault="00210A56" w:rsidP="00BF4260">
      <w:pPr>
        <w:rPr>
          <w:color w:val="000000" w:themeColor="text1"/>
          <w:lang w:val="nb-NO"/>
        </w:rPr>
      </w:pPr>
      <w:r>
        <w:rPr>
          <w:color w:val="000000" w:themeColor="text1"/>
          <w:lang w:val="nb-NO"/>
        </w:rPr>
        <w:t>H</w:t>
      </w:r>
      <w:r w:rsidR="00EB1433" w:rsidRPr="007A318F">
        <w:rPr>
          <w:color w:val="000000" w:themeColor="text1"/>
          <w:lang w:val="nb-NO"/>
        </w:rPr>
        <w:t>usleie</w:t>
      </w:r>
      <w:r>
        <w:rPr>
          <w:color w:val="000000" w:themeColor="text1"/>
          <w:lang w:val="nb-NO"/>
        </w:rPr>
        <w:t xml:space="preserve">n på kr </w:t>
      </w:r>
      <w:r w:rsidR="00737EA8" w:rsidRPr="003C0F1B">
        <w:rPr>
          <w:color w:val="000000" w:themeColor="text1"/>
          <w:lang w:val="nb-NO"/>
        </w:rPr>
        <w:t>${</w:t>
      </w:r>
      <w:proofErr w:type="spellStart"/>
      <w:r w:rsidR="00737EA8" w:rsidRPr="003C0F1B">
        <w:rPr>
          <w:color w:val="000000" w:themeColor="text1"/>
          <w:lang w:val="nb-NO"/>
        </w:rPr>
        <w:t>lejer.faste_opkrævninger_total</w:t>
      </w:r>
      <w:proofErr w:type="spellEnd"/>
      <w:r w:rsidR="00737EA8" w:rsidRPr="003C0F1B">
        <w:rPr>
          <w:color w:val="000000" w:themeColor="text1"/>
          <w:lang w:val="nb-NO"/>
        </w:rPr>
        <w:t>}</w:t>
      </w:r>
      <w:r w:rsidRPr="003C0F1B">
        <w:rPr>
          <w:color w:val="000000" w:themeColor="text1"/>
          <w:lang w:val="nb-NO"/>
        </w:rPr>
        <w:t xml:space="preserve"> </w:t>
      </w:r>
      <w:r>
        <w:rPr>
          <w:color w:val="000000" w:themeColor="text1"/>
          <w:lang w:val="nb-NO"/>
        </w:rPr>
        <w:t>f</w:t>
      </w:r>
      <w:r w:rsidR="00EB1433" w:rsidRPr="007A318F">
        <w:rPr>
          <w:color w:val="000000" w:themeColor="text1"/>
          <w:lang w:val="nb-NO"/>
        </w:rPr>
        <w:t>orfaller d</w:t>
      </w:r>
      <w:r w:rsidR="009910F7">
        <w:rPr>
          <w:color w:val="000000" w:themeColor="text1"/>
          <w:lang w:val="nb-NO"/>
        </w:rPr>
        <w:t>en første dagen i hver måned</w:t>
      </w:r>
      <w:r w:rsidR="00BF4260">
        <w:rPr>
          <w:color w:val="000000" w:themeColor="text1"/>
          <w:lang w:val="nb-NO"/>
        </w:rPr>
        <w:t xml:space="preserve"> og </w:t>
      </w:r>
      <w:r w:rsidR="00EB1433" w:rsidRPr="007A318F">
        <w:rPr>
          <w:color w:val="000000" w:themeColor="text1"/>
          <w:lang w:val="nb-NO"/>
        </w:rPr>
        <w:t>betales til</w:t>
      </w:r>
      <w:r w:rsidR="00BF4260">
        <w:rPr>
          <w:color w:val="000000" w:themeColor="text1"/>
          <w:lang w:val="nb-NO"/>
        </w:rPr>
        <w:t xml:space="preserve"> kontonummer</w:t>
      </w:r>
      <w:r w:rsidR="00EB1433" w:rsidRPr="007A318F">
        <w:rPr>
          <w:color w:val="000000" w:themeColor="text1"/>
          <w:lang w:val="nb-NO"/>
        </w:rPr>
        <w:t xml:space="preserve"> ${</w:t>
      </w:r>
      <w:proofErr w:type="spellStart"/>
      <w:r w:rsidR="00EB1433" w:rsidRPr="007A318F">
        <w:rPr>
          <w:color w:val="000000" w:themeColor="text1"/>
          <w:lang w:val="nb-NO"/>
        </w:rPr>
        <w:t>selskab.kontonummer</w:t>
      </w:r>
      <w:proofErr w:type="spellEnd"/>
      <w:r w:rsidR="003C0F1B" w:rsidRPr="003C0F1B">
        <w:rPr>
          <w:color w:val="000000" w:themeColor="text1"/>
          <w:lang w:val="nb-NO"/>
        </w:rPr>
        <w:t>}</w:t>
      </w:r>
    </w:p>
    <w:p w14:paraId="5CB7FA2F" w14:textId="67FE5761" w:rsidR="00FA6AEC" w:rsidRDefault="00F956E5">
      <w:pPr>
        <w:rPr>
          <w:rFonts w:asciiTheme="majorHAnsi" w:eastAsiaTheme="majorEastAsia" w:hAnsiTheme="majorHAnsi" w:cstheme="majorBidi"/>
          <w:b/>
          <w:bCs/>
          <w:color w:val="000000" w:themeColor="text1"/>
          <w:sz w:val="32"/>
          <w:szCs w:val="32"/>
          <w:lang w:val="nb-NO"/>
        </w:rPr>
      </w:pPr>
      <w:r w:rsidRPr="00F956E5">
        <w:rPr>
          <w:lang w:val="nb-NO"/>
        </w:rPr>
        <w:t>Strøm, internett, parkering og andre tillegg er ikke inkludert i leien, med mindre annet er særskilt avtalt</w:t>
      </w:r>
      <w:r>
        <w:rPr>
          <w:lang w:val="nb-NO"/>
        </w:rPr>
        <w:t xml:space="preserve"> inkludert</w:t>
      </w:r>
      <w:r w:rsidRPr="00F956E5">
        <w:rPr>
          <w:lang w:val="nb-NO"/>
        </w:rPr>
        <w:t xml:space="preserve"> nedenfor:</w:t>
      </w:r>
      <w:r>
        <w:rPr>
          <w:lang w:val="nb-NO"/>
        </w:rPr>
        <w:br/>
      </w:r>
      <w:r>
        <w:rPr>
          <w:lang w:val="nb-NO"/>
        </w:rPr>
        <w:br/>
      </w:r>
      <w:r w:rsidR="00FA6AEC">
        <w:rPr>
          <w:color w:val="000000" w:themeColor="text1"/>
          <w:sz w:val="32"/>
          <w:szCs w:val="32"/>
          <w:lang w:val="nb-NO"/>
        </w:rPr>
        <w:br w:type="page"/>
      </w:r>
    </w:p>
    <w:p w14:paraId="46EEE665" w14:textId="67239FD7" w:rsidR="009E08B0" w:rsidRPr="0041279A" w:rsidRDefault="00EB1433">
      <w:pPr>
        <w:pStyle w:val="Heading2"/>
        <w:rPr>
          <w:color w:val="000000" w:themeColor="text1"/>
          <w:sz w:val="32"/>
          <w:szCs w:val="32"/>
          <w:lang w:val="nb-NO"/>
        </w:rPr>
      </w:pPr>
      <w:r w:rsidRPr="0041279A">
        <w:rPr>
          <w:color w:val="000000" w:themeColor="text1"/>
          <w:sz w:val="32"/>
          <w:szCs w:val="32"/>
          <w:lang w:val="nb-NO"/>
        </w:rPr>
        <w:lastRenderedPageBreak/>
        <w:t>5. Depositum og forskuddsleie</w:t>
      </w:r>
    </w:p>
    <w:p w14:paraId="7AFD7144" w14:textId="0BA2FC8B" w:rsidR="00855579" w:rsidRDefault="00855579" w:rsidP="00855579">
      <w:pPr>
        <w:rPr>
          <w:color w:val="000000" w:themeColor="text1"/>
          <w:lang w:val="nb-NO"/>
        </w:rPr>
      </w:pPr>
      <w:r>
        <w:rPr>
          <w:color w:val="000000" w:themeColor="text1"/>
          <w:lang w:val="nb-NO"/>
        </w:rPr>
        <w:br/>
      </w:r>
      <w:r w:rsidR="0091386C" w:rsidRPr="007A318F">
        <w:rPr>
          <w:color w:val="000000" w:themeColor="text1"/>
          <w:lang w:val="nb-NO"/>
        </w:rPr>
        <w:t>Depositum: ${</w:t>
      </w:r>
      <w:proofErr w:type="spellStart"/>
      <w:proofErr w:type="gramStart"/>
      <w:r w:rsidR="0091386C" w:rsidRPr="007A318F">
        <w:rPr>
          <w:color w:val="000000" w:themeColor="text1"/>
          <w:lang w:val="nb-NO"/>
        </w:rPr>
        <w:t>lejer.depositum</w:t>
      </w:r>
      <w:proofErr w:type="gramEnd"/>
      <w:r w:rsidR="0091386C" w:rsidRPr="007A318F">
        <w:rPr>
          <w:color w:val="000000" w:themeColor="text1"/>
          <w:lang w:val="nb-NO"/>
        </w:rPr>
        <w:t>_måneder</w:t>
      </w:r>
      <w:proofErr w:type="spellEnd"/>
      <w:r w:rsidR="0091386C" w:rsidRPr="007A318F">
        <w:rPr>
          <w:color w:val="000000" w:themeColor="text1"/>
          <w:lang w:val="nb-NO"/>
        </w:rPr>
        <w:t>} måned(er) = ${</w:t>
      </w:r>
      <w:proofErr w:type="spellStart"/>
      <w:proofErr w:type="gramStart"/>
      <w:r w:rsidR="00A74738" w:rsidRPr="00A74738">
        <w:rPr>
          <w:color w:val="000000" w:themeColor="text1"/>
          <w:lang w:val="nb-NO"/>
        </w:rPr>
        <w:t>tenant.deposit</w:t>
      </w:r>
      <w:proofErr w:type="gramEnd"/>
      <w:r w:rsidR="00A74738" w:rsidRPr="00A74738">
        <w:rPr>
          <w:color w:val="000000" w:themeColor="text1"/>
          <w:lang w:val="nb-NO"/>
        </w:rPr>
        <w:t>_amount</w:t>
      </w:r>
      <w:proofErr w:type="spellEnd"/>
      <w:r w:rsidR="0091386C" w:rsidRPr="007A318F">
        <w:rPr>
          <w:color w:val="000000" w:themeColor="text1"/>
          <w:lang w:val="nb-NO"/>
        </w:rPr>
        <w:t xml:space="preserve">} NOK  </w:t>
      </w:r>
    </w:p>
    <w:p w14:paraId="72840993" w14:textId="3E01D3B5" w:rsidR="009E08B0" w:rsidRPr="007A318F" w:rsidRDefault="00EB1433">
      <w:pPr>
        <w:rPr>
          <w:color w:val="000000" w:themeColor="text1"/>
          <w:lang w:val="nb-NO"/>
        </w:rPr>
      </w:pPr>
      <w:r w:rsidRPr="007A318F">
        <w:rPr>
          <w:color w:val="000000" w:themeColor="text1"/>
          <w:lang w:val="nb-NO"/>
        </w:rPr>
        <w:t>Betales senest: ${</w:t>
      </w:r>
      <w:proofErr w:type="spellStart"/>
      <w:proofErr w:type="gramStart"/>
      <w:r w:rsidRPr="007A318F">
        <w:rPr>
          <w:color w:val="000000" w:themeColor="text1"/>
          <w:lang w:val="nb-NO"/>
        </w:rPr>
        <w:t>lejer.depositum</w:t>
      </w:r>
      <w:proofErr w:type="gramEnd"/>
      <w:r w:rsidRPr="007A318F">
        <w:rPr>
          <w:color w:val="000000" w:themeColor="text1"/>
          <w:lang w:val="nb-NO"/>
        </w:rPr>
        <w:t>_betales_senest</w:t>
      </w:r>
      <w:proofErr w:type="spellEnd"/>
      <w:r w:rsidRPr="007A318F">
        <w:rPr>
          <w:color w:val="000000" w:themeColor="text1"/>
          <w:lang w:val="nb-NO"/>
        </w:rPr>
        <w:t xml:space="preserve">}  </w:t>
      </w:r>
      <w:r w:rsidR="00FA6AEC">
        <w:rPr>
          <w:color w:val="000000" w:themeColor="text1"/>
          <w:lang w:val="nb-NO"/>
        </w:rPr>
        <w:br/>
      </w:r>
    </w:p>
    <w:p w14:paraId="4E704543" w14:textId="77777777" w:rsidR="009E08B0" w:rsidRPr="007A318F" w:rsidRDefault="00EB1433">
      <w:pPr>
        <w:rPr>
          <w:color w:val="000000" w:themeColor="text1"/>
          <w:lang w:val="nb-NO"/>
        </w:rPr>
      </w:pPr>
      <w:r w:rsidRPr="007A318F">
        <w:rPr>
          <w:color w:val="000000" w:themeColor="text1"/>
          <w:lang w:val="nb-NO"/>
        </w:rPr>
        <w:t>Depositum skal settes på særskilt depositumskonto i henhold til husleieloven.</w:t>
      </w:r>
    </w:p>
    <w:p w14:paraId="441DF4BB" w14:textId="77777777" w:rsidR="009E08B0" w:rsidRPr="00A00F7B" w:rsidRDefault="00EB1433">
      <w:pPr>
        <w:pStyle w:val="Heading2"/>
        <w:rPr>
          <w:color w:val="000000" w:themeColor="text1"/>
          <w:sz w:val="32"/>
          <w:szCs w:val="32"/>
          <w:lang w:val="nb-NO"/>
        </w:rPr>
      </w:pPr>
      <w:r w:rsidRPr="00A00F7B">
        <w:rPr>
          <w:color w:val="000000" w:themeColor="text1"/>
          <w:sz w:val="32"/>
          <w:szCs w:val="32"/>
          <w:lang w:val="nb-NO"/>
        </w:rPr>
        <w:t>6. Regulering av leie</w:t>
      </w:r>
    </w:p>
    <w:p w14:paraId="4C427829" w14:textId="77777777" w:rsidR="009E08B0" w:rsidRPr="007A318F" w:rsidRDefault="00EB1433">
      <w:pPr>
        <w:rPr>
          <w:color w:val="000000" w:themeColor="text1"/>
          <w:lang w:val="nb-NO"/>
        </w:rPr>
      </w:pPr>
      <w:r w:rsidRPr="007A318F">
        <w:rPr>
          <w:color w:val="000000" w:themeColor="text1"/>
          <w:lang w:val="nb-NO"/>
        </w:rPr>
        <w:t xml:space="preserve">Leien reguleres årlig i samsvar med endringen i konsumprisindeksen (KPI) fra Statistisk sentralbyrå, i tråd med husleieloven § 4-2.  </w:t>
      </w:r>
    </w:p>
    <w:p w14:paraId="2D0888A6" w14:textId="77777777" w:rsidR="009E08B0" w:rsidRPr="007A318F" w:rsidRDefault="00EB1433">
      <w:pPr>
        <w:rPr>
          <w:color w:val="000000" w:themeColor="text1"/>
          <w:lang w:val="nb-NO"/>
        </w:rPr>
      </w:pPr>
      <w:r w:rsidRPr="007A318F">
        <w:rPr>
          <w:color w:val="000000" w:themeColor="text1"/>
          <w:lang w:val="nb-NO"/>
        </w:rPr>
        <w:t xml:space="preserve">Basis for beregning er KPI for måneden kontrakten ble inngått.  </w:t>
      </w:r>
    </w:p>
    <w:p w14:paraId="694C983F" w14:textId="04559151" w:rsidR="001D4B6F" w:rsidRPr="003C0F1B" w:rsidRDefault="00EB1433">
      <w:pPr>
        <w:rPr>
          <w:color w:val="000000" w:themeColor="text1"/>
          <w:lang w:val="nb-NO"/>
        </w:rPr>
      </w:pPr>
      <w:r w:rsidRPr="007A318F">
        <w:rPr>
          <w:color w:val="000000" w:themeColor="text1"/>
          <w:lang w:val="nb-NO"/>
        </w:rPr>
        <w:t>Justering skjer uten særskilt varsel og gjelder fra den første leieterminen etter 12 måneders leieperiode.</w:t>
      </w:r>
    </w:p>
    <w:p w14:paraId="2F69EF0A" w14:textId="17711C05" w:rsidR="009E08B0" w:rsidRPr="00A00F7B" w:rsidRDefault="00EB1433">
      <w:pPr>
        <w:pStyle w:val="Heading2"/>
        <w:rPr>
          <w:color w:val="000000" w:themeColor="text1"/>
          <w:sz w:val="32"/>
          <w:szCs w:val="32"/>
          <w:lang w:val="nb-NO"/>
        </w:rPr>
      </w:pPr>
      <w:r w:rsidRPr="00A00F7B">
        <w:rPr>
          <w:color w:val="000000" w:themeColor="text1"/>
          <w:sz w:val="32"/>
          <w:szCs w:val="32"/>
          <w:lang w:val="nb-NO"/>
        </w:rPr>
        <w:t>7. Bruk av boligen</w:t>
      </w:r>
    </w:p>
    <w:p w14:paraId="0E042728" w14:textId="77777777" w:rsidR="009E08B0" w:rsidRPr="007A318F" w:rsidRDefault="00EB1433">
      <w:pPr>
        <w:rPr>
          <w:color w:val="000000" w:themeColor="text1"/>
          <w:lang w:val="nb-NO"/>
        </w:rPr>
      </w:pPr>
      <w:r w:rsidRPr="007A318F">
        <w:rPr>
          <w:color w:val="000000" w:themeColor="text1"/>
          <w:lang w:val="nb-NO"/>
        </w:rPr>
        <w:t>Boligen skal brukes som bolig for ${</w:t>
      </w:r>
      <w:proofErr w:type="spellStart"/>
      <w:proofErr w:type="gramStart"/>
      <w:r w:rsidRPr="007A318F">
        <w:rPr>
          <w:color w:val="000000" w:themeColor="text1"/>
          <w:lang w:val="nb-NO"/>
        </w:rPr>
        <w:t>lejer.beboere</w:t>
      </w:r>
      <w:proofErr w:type="spellEnd"/>
      <w:proofErr w:type="gramEnd"/>
      <w:r w:rsidRPr="007A318F">
        <w:rPr>
          <w:color w:val="000000" w:themeColor="text1"/>
          <w:lang w:val="nb-NO"/>
        </w:rPr>
        <w:t xml:space="preserve">} person(er).  </w:t>
      </w:r>
    </w:p>
    <w:p w14:paraId="505ED8CF" w14:textId="77777777" w:rsidR="009E08B0" w:rsidRPr="007A318F" w:rsidRDefault="00EB1433">
      <w:pPr>
        <w:rPr>
          <w:color w:val="000000" w:themeColor="text1"/>
          <w:lang w:val="nb-NO"/>
        </w:rPr>
      </w:pPr>
      <w:r w:rsidRPr="007A318F">
        <w:rPr>
          <w:color w:val="000000" w:themeColor="text1"/>
          <w:lang w:val="nb-NO"/>
        </w:rPr>
        <w:t xml:space="preserve">Leietaker plikter å behandle boligen og fellesarealer med forsiktighet og holde normalt renhold.  </w:t>
      </w:r>
    </w:p>
    <w:p w14:paraId="61B06EA4" w14:textId="77777777" w:rsidR="009E08B0" w:rsidRPr="007A318F" w:rsidRDefault="009E08B0">
      <w:pPr>
        <w:rPr>
          <w:color w:val="000000" w:themeColor="text1"/>
          <w:lang w:val="nb-NO"/>
        </w:rPr>
      </w:pPr>
    </w:p>
    <w:p w14:paraId="48916391" w14:textId="0C5FB655" w:rsidR="009E08B0" w:rsidRPr="007A318F" w:rsidRDefault="00EB1433">
      <w:pPr>
        <w:rPr>
          <w:color w:val="000000" w:themeColor="text1"/>
          <w:lang w:val="nb-NO"/>
        </w:rPr>
      </w:pPr>
      <w:r w:rsidRPr="007A318F">
        <w:rPr>
          <w:color w:val="000000" w:themeColor="text1"/>
          <w:lang w:val="nb-NO"/>
        </w:rPr>
        <w:t>Røyking</w:t>
      </w:r>
      <w:r w:rsidR="006B5357">
        <w:rPr>
          <w:color w:val="000000" w:themeColor="text1"/>
          <w:lang w:val="nb-NO"/>
        </w:rPr>
        <w:t xml:space="preserve"> tillatt: Nei</w:t>
      </w:r>
      <w:r w:rsidRPr="007A318F">
        <w:rPr>
          <w:color w:val="000000" w:themeColor="text1"/>
          <w:lang w:val="nb-NO"/>
        </w:rPr>
        <w:t xml:space="preserve">  </w:t>
      </w:r>
    </w:p>
    <w:p w14:paraId="0CA5914A" w14:textId="062AC826" w:rsidR="009E08B0" w:rsidRPr="007A318F" w:rsidRDefault="00EB1433">
      <w:pPr>
        <w:rPr>
          <w:color w:val="000000" w:themeColor="text1"/>
          <w:lang w:val="nb-NO"/>
        </w:rPr>
      </w:pPr>
      <w:r w:rsidRPr="007A318F">
        <w:rPr>
          <w:color w:val="000000" w:themeColor="text1"/>
          <w:lang w:val="nb-NO"/>
        </w:rPr>
        <w:t>Husdyrhold</w:t>
      </w:r>
      <w:r w:rsidR="006B5357">
        <w:rPr>
          <w:color w:val="000000" w:themeColor="text1"/>
          <w:lang w:val="nb-NO"/>
        </w:rPr>
        <w:t xml:space="preserve"> tillatt</w:t>
      </w:r>
      <w:r w:rsidRPr="007A318F">
        <w:rPr>
          <w:color w:val="000000" w:themeColor="text1"/>
          <w:lang w:val="nb-NO"/>
        </w:rPr>
        <w:t>:</w:t>
      </w:r>
      <w:r w:rsidR="006B5357">
        <w:rPr>
          <w:color w:val="000000" w:themeColor="text1"/>
          <w:lang w:val="nb-NO"/>
        </w:rPr>
        <w:t xml:space="preserve"> Nei</w:t>
      </w:r>
      <w:r w:rsidRPr="007A318F">
        <w:rPr>
          <w:color w:val="000000" w:themeColor="text1"/>
          <w:lang w:val="nb-NO"/>
        </w:rPr>
        <w:t xml:space="preserve">  </w:t>
      </w:r>
    </w:p>
    <w:p w14:paraId="46C36EAB" w14:textId="77777777" w:rsidR="009E08B0" w:rsidRPr="007A318F" w:rsidRDefault="009E08B0">
      <w:pPr>
        <w:rPr>
          <w:color w:val="000000" w:themeColor="text1"/>
          <w:lang w:val="nb-NO"/>
        </w:rPr>
      </w:pPr>
    </w:p>
    <w:p w14:paraId="52796518" w14:textId="77777777" w:rsidR="009E08B0" w:rsidRPr="007A318F" w:rsidRDefault="00EB1433">
      <w:pPr>
        <w:rPr>
          <w:color w:val="000000" w:themeColor="text1"/>
          <w:lang w:val="nb-NO"/>
        </w:rPr>
      </w:pPr>
      <w:r w:rsidRPr="007A318F">
        <w:rPr>
          <w:color w:val="000000" w:themeColor="text1"/>
          <w:lang w:val="nb-NO"/>
        </w:rPr>
        <w:t>Utleier kan gi skriftlig tillatelse til husdyrhold i særskilte tilfeller.</w:t>
      </w:r>
    </w:p>
    <w:p w14:paraId="38E07DC6" w14:textId="77777777" w:rsidR="003C0F1B" w:rsidRDefault="003C0F1B">
      <w:pPr>
        <w:rPr>
          <w:rFonts w:asciiTheme="majorHAnsi" w:eastAsiaTheme="majorEastAsia" w:hAnsiTheme="majorHAnsi" w:cstheme="majorBidi"/>
          <w:b/>
          <w:bCs/>
          <w:color w:val="000000" w:themeColor="text1"/>
          <w:sz w:val="32"/>
          <w:szCs w:val="32"/>
          <w:lang w:val="nb-NO"/>
        </w:rPr>
      </w:pPr>
      <w:r>
        <w:rPr>
          <w:color w:val="000000" w:themeColor="text1"/>
          <w:sz w:val="32"/>
          <w:szCs w:val="32"/>
          <w:lang w:val="nb-NO"/>
        </w:rPr>
        <w:br w:type="page"/>
      </w:r>
    </w:p>
    <w:p w14:paraId="162834CB" w14:textId="7C2880C2" w:rsidR="009E08B0" w:rsidRPr="00740203" w:rsidRDefault="00EB1433">
      <w:pPr>
        <w:pStyle w:val="Heading2"/>
        <w:rPr>
          <w:color w:val="000000" w:themeColor="text1"/>
          <w:sz w:val="32"/>
          <w:szCs w:val="32"/>
          <w:lang w:val="nb-NO"/>
        </w:rPr>
      </w:pPr>
      <w:r w:rsidRPr="00740203">
        <w:rPr>
          <w:color w:val="000000" w:themeColor="text1"/>
          <w:sz w:val="32"/>
          <w:szCs w:val="32"/>
          <w:lang w:val="nb-NO"/>
        </w:rPr>
        <w:lastRenderedPageBreak/>
        <w:t>8. Vedlikehold og ansvar</w:t>
      </w:r>
    </w:p>
    <w:p w14:paraId="1F7E18E1" w14:textId="77777777" w:rsidR="009E08B0" w:rsidRPr="007A318F" w:rsidRDefault="00EB1433">
      <w:pPr>
        <w:rPr>
          <w:color w:val="000000" w:themeColor="text1"/>
          <w:lang w:val="nb-NO"/>
        </w:rPr>
      </w:pPr>
      <w:r w:rsidRPr="007A318F">
        <w:rPr>
          <w:color w:val="000000" w:themeColor="text1"/>
          <w:lang w:val="nb-NO"/>
        </w:rPr>
        <w:t xml:space="preserve">Leietaker har ansvar for normalt innvendig vedlikehold.  </w:t>
      </w:r>
    </w:p>
    <w:p w14:paraId="438D2E01" w14:textId="77777777" w:rsidR="009E08B0" w:rsidRPr="007A318F" w:rsidRDefault="00EB1433">
      <w:pPr>
        <w:rPr>
          <w:color w:val="000000" w:themeColor="text1"/>
          <w:lang w:val="nb-NO"/>
        </w:rPr>
      </w:pPr>
      <w:r w:rsidRPr="007A318F">
        <w:rPr>
          <w:color w:val="000000" w:themeColor="text1"/>
          <w:lang w:val="nb-NO"/>
        </w:rPr>
        <w:t xml:space="preserve">Utleier har ansvar for utvendig vedlikehold, tekniske installasjoner og bygningsmessige arbeider.  </w:t>
      </w:r>
    </w:p>
    <w:p w14:paraId="1A2AB408" w14:textId="77777777" w:rsidR="009E08B0" w:rsidRPr="007A318F" w:rsidRDefault="00EB1433">
      <w:pPr>
        <w:rPr>
          <w:color w:val="000000" w:themeColor="text1"/>
          <w:lang w:val="nb-NO"/>
        </w:rPr>
      </w:pPr>
      <w:r w:rsidRPr="007A318F">
        <w:rPr>
          <w:color w:val="000000" w:themeColor="text1"/>
          <w:lang w:val="nb-NO"/>
        </w:rPr>
        <w:t>Eventuelle skader skal meldes uten ugrunnet opphold via portalen eller direkte til utleier.</w:t>
      </w:r>
    </w:p>
    <w:p w14:paraId="73495E4F" w14:textId="77777777" w:rsidR="009E08B0" w:rsidRPr="00740203" w:rsidRDefault="00EB1433">
      <w:pPr>
        <w:pStyle w:val="Heading2"/>
        <w:rPr>
          <w:color w:val="000000" w:themeColor="text1"/>
          <w:sz w:val="32"/>
          <w:szCs w:val="32"/>
          <w:lang w:val="nb-NO"/>
        </w:rPr>
      </w:pPr>
      <w:r w:rsidRPr="00740203">
        <w:rPr>
          <w:color w:val="000000" w:themeColor="text1"/>
          <w:sz w:val="32"/>
          <w:szCs w:val="32"/>
          <w:lang w:val="nb-NO"/>
        </w:rPr>
        <w:t>9. Oppsigelse og fraflytting</w:t>
      </w:r>
    </w:p>
    <w:p w14:paraId="60B400DF" w14:textId="77777777" w:rsidR="009E08B0" w:rsidRPr="007A318F" w:rsidRDefault="00EB1433">
      <w:pPr>
        <w:rPr>
          <w:color w:val="000000" w:themeColor="text1"/>
          <w:lang w:val="nb-NO"/>
        </w:rPr>
      </w:pPr>
      <w:r w:rsidRPr="007A318F">
        <w:rPr>
          <w:color w:val="000000" w:themeColor="text1"/>
          <w:lang w:val="nb-NO"/>
        </w:rPr>
        <w:t xml:space="preserve">Ved oppsigelse skal leieobjektet tilbakeleveres i rengjort stand med alle nøkler.  </w:t>
      </w:r>
    </w:p>
    <w:p w14:paraId="749254BC" w14:textId="77777777" w:rsidR="009E08B0" w:rsidRPr="007A318F" w:rsidRDefault="00EB1433">
      <w:pPr>
        <w:rPr>
          <w:color w:val="000000" w:themeColor="text1"/>
          <w:lang w:val="nb-NO"/>
        </w:rPr>
      </w:pPr>
      <w:r w:rsidRPr="007A318F">
        <w:rPr>
          <w:color w:val="000000" w:themeColor="text1"/>
          <w:lang w:val="nb-NO"/>
        </w:rPr>
        <w:t xml:space="preserve">Normal slitasje aksepteres.  </w:t>
      </w:r>
    </w:p>
    <w:p w14:paraId="7C6ED633" w14:textId="69164C11" w:rsidR="00BF69BB" w:rsidRDefault="00EB1433">
      <w:pPr>
        <w:rPr>
          <w:color w:val="000000" w:themeColor="text1"/>
          <w:lang w:val="nb-NO"/>
        </w:rPr>
      </w:pPr>
      <w:r w:rsidRPr="007A318F">
        <w:rPr>
          <w:color w:val="000000" w:themeColor="text1"/>
          <w:lang w:val="nb-NO"/>
        </w:rPr>
        <w:t>Depositum tilbakebetales med renter etter fratrekk for eventuelle utestående krav.</w:t>
      </w:r>
    </w:p>
    <w:sectPr w:rsidR="00BF69BB" w:rsidSect="000471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D3581" w14:textId="77777777" w:rsidR="00AC3A6D" w:rsidRDefault="00AC3A6D" w:rsidP="006642BC">
      <w:pPr>
        <w:spacing w:after="0" w:line="240" w:lineRule="auto"/>
      </w:pPr>
      <w:r>
        <w:separator/>
      </w:r>
    </w:p>
  </w:endnote>
  <w:endnote w:type="continuationSeparator" w:id="0">
    <w:p w14:paraId="0D23B45E" w14:textId="77777777" w:rsidR="00AC3A6D" w:rsidRDefault="00AC3A6D" w:rsidP="006642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813060512"/>
      <w:docPartObj>
        <w:docPartGallery w:val="Page Numbers (Bottom of Page)"/>
        <w:docPartUnique/>
      </w:docPartObj>
    </w:sdtPr>
    <w:sdtContent>
      <w:p w14:paraId="28D8A124" w14:textId="426BA0E9" w:rsidR="00F86D82" w:rsidRDefault="00F86D82" w:rsidP="0009795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54D1455" w14:textId="77777777" w:rsidR="006A4DED" w:rsidRDefault="006A4DED" w:rsidP="00F86D8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13420" w14:textId="54BA74BC" w:rsidR="00047188" w:rsidRDefault="00047188" w:rsidP="00047188">
    <w:pPr>
      <w:ind w:right="360"/>
      <w:jc w:val="center"/>
      <w:rPr>
        <w:color w:val="000000" w:themeColor="text1"/>
        <w:lang w:val="nb-NO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9128D3E" wp14:editId="2F9C8435">
          <wp:simplePos x="0" y="0"/>
          <wp:positionH relativeFrom="column">
            <wp:posOffset>2047875</wp:posOffset>
          </wp:positionH>
          <wp:positionV relativeFrom="paragraph">
            <wp:posOffset>267335</wp:posOffset>
          </wp:positionV>
          <wp:extent cx="1066800" cy="307340"/>
          <wp:effectExtent l="0" t="0" r="0" b="6350"/>
          <wp:wrapNone/>
          <wp:docPr id="1233970365" name="Picture 1" descr="A green circle with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3970365" name="Picture 1" descr="A green circle with a black background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6800" cy="307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173908">
      <w:rPr>
        <w:color w:val="000000" w:themeColor="text1"/>
        <w:lang w:val="nb-NO"/>
      </w:rPr>
      <w:t>eFaktura</w:t>
    </w:r>
    <w:proofErr w:type="spellEnd"/>
    <w:r w:rsidR="00173908">
      <w:rPr>
        <w:color w:val="000000" w:themeColor="text1"/>
        <w:lang w:val="nb-NO"/>
      </w:rPr>
      <w:t xml:space="preserve"> eller</w:t>
    </w:r>
    <w:r w:rsidR="00EB1433">
      <w:rPr>
        <w:color w:val="000000" w:themeColor="text1"/>
        <w:lang w:val="nb-NO"/>
      </w:rPr>
      <w:t xml:space="preserve"> A</w:t>
    </w:r>
    <w:r w:rsidR="00173908">
      <w:rPr>
        <w:color w:val="000000" w:themeColor="text1"/>
        <w:lang w:val="nb-NO"/>
      </w:rPr>
      <w:t>vtalegiro</w:t>
    </w:r>
    <w:r w:rsidR="00EB1433">
      <w:rPr>
        <w:color w:val="000000" w:themeColor="text1"/>
        <w:lang w:val="nb-NO"/>
      </w:rPr>
      <w:t xml:space="preserve"> kan aktiveres i nettbanken, </w:t>
    </w:r>
    <w:r w:rsidR="0009795C">
      <w:rPr>
        <w:color w:val="000000" w:themeColor="text1"/>
        <w:lang w:val="nb-NO"/>
      </w:rPr>
      <w:t xml:space="preserve"> </w:t>
    </w:r>
    <w:r w:rsidR="00EB1433">
      <w:rPr>
        <w:color w:val="000000" w:themeColor="text1"/>
        <w:lang w:val="nb-NO"/>
      </w:rPr>
      <w:t>ellers sendes faktura pr e-post.</w:t>
    </w:r>
  </w:p>
  <w:p w14:paraId="7EF1EC68" w14:textId="0FE163B3" w:rsidR="00047188" w:rsidRDefault="00047188" w:rsidP="00047188">
    <w:pPr>
      <w:ind w:right="360"/>
      <w:jc w:val="center"/>
      <w:rPr>
        <w:color w:val="000000" w:themeColor="text1"/>
        <w:lang w:val="nb-NO"/>
      </w:rPr>
    </w:pPr>
  </w:p>
  <w:p w14:paraId="37EBEDF6" w14:textId="5F668501" w:rsidR="006642BC" w:rsidRPr="00E342B4" w:rsidRDefault="006642BC" w:rsidP="00047188">
    <w:pPr>
      <w:ind w:right="-1440"/>
      <w:jc w:val="right"/>
      <w:rPr>
        <w:color w:val="000000" w:themeColor="text1"/>
        <w:lang w:val="nb-NO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D37CF" w14:textId="77777777" w:rsidR="005C2043" w:rsidRDefault="005C20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90AA9" w14:textId="77777777" w:rsidR="00AC3A6D" w:rsidRDefault="00AC3A6D" w:rsidP="006642BC">
      <w:pPr>
        <w:spacing w:after="0" w:line="240" w:lineRule="auto"/>
      </w:pPr>
      <w:r>
        <w:separator/>
      </w:r>
    </w:p>
  </w:footnote>
  <w:footnote w:type="continuationSeparator" w:id="0">
    <w:p w14:paraId="61273853" w14:textId="77777777" w:rsidR="00AC3A6D" w:rsidRDefault="00AC3A6D" w:rsidP="006642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74778838"/>
      <w:docPartObj>
        <w:docPartGallery w:val="Page Numbers (Top of Page)"/>
        <w:docPartUnique/>
      </w:docPartObj>
    </w:sdtPr>
    <w:sdtContent>
      <w:p w14:paraId="0BA3FA05" w14:textId="272A623F" w:rsidR="00F86D82" w:rsidRDefault="00F86D82" w:rsidP="00BE23A1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CC63FF7" w14:textId="77777777" w:rsidR="006A4DED" w:rsidRDefault="006A4DED" w:rsidP="00F86D82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5328"/>
      <w:gridCol w:w="3528"/>
    </w:tblGrid>
    <w:tr w:rsidR="007E636F" w14:paraId="32524B90" w14:textId="77777777" w:rsidTr="007E636F">
      <w:tc>
        <w:tcPr>
          <w:tcW w:w="5328" w:type="dxa"/>
          <w:vMerge w:val="restart"/>
        </w:tcPr>
        <w:p w14:paraId="43A81236" w14:textId="77777777" w:rsidR="007E636F" w:rsidRDefault="007E636F" w:rsidP="00F86D82">
          <w:pPr>
            <w:pStyle w:val="Header"/>
            <w:ind w:right="360"/>
            <w:rPr>
              <w:b/>
              <w:bCs/>
              <w:sz w:val="36"/>
              <w:szCs w:val="36"/>
            </w:rPr>
          </w:pPr>
          <w:r w:rsidRPr="00B466F4">
            <w:rPr>
              <w:b/>
              <w:bCs/>
              <w:sz w:val="36"/>
              <w:szCs w:val="36"/>
              <w:lang w:val="nb-NO"/>
            </w:rPr>
            <w:t>${</w:t>
          </w:r>
          <w:proofErr w:type="spellStart"/>
          <w:proofErr w:type="gramStart"/>
          <w:r w:rsidRPr="00B466F4">
            <w:rPr>
              <w:b/>
              <w:bCs/>
              <w:sz w:val="36"/>
              <w:szCs w:val="36"/>
              <w:lang w:val="nb-NO"/>
            </w:rPr>
            <w:t>selskab.navn</w:t>
          </w:r>
          <w:proofErr w:type="spellEnd"/>
          <w:proofErr w:type="gramEnd"/>
          <w:r w:rsidRPr="00B466F4">
            <w:rPr>
              <w:b/>
              <w:bCs/>
              <w:sz w:val="36"/>
              <w:szCs w:val="36"/>
              <w:lang w:val="nb-NO"/>
            </w:rPr>
            <w:t xml:space="preserve">}  </w:t>
          </w:r>
        </w:p>
      </w:tc>
      <w:tc>
        <w:tcPr>
          <w:tcW w:w="3528" w:type="dxa"/>
        </w:tcPr>
        <w:p w14:paraId="21CF8C9E" w14:textId="056E11C1" w:rsidR="007E636F" w:rsidRDefault="007E636F" w:rsidP="007E636F">
          <w:pPr>
            <w:pStyle w:val="Header"/>
            <w:rPr>
              <w:b/>
              <w:bCs/>
              <w:sz w:val="36"/>
              <w:szCs w:val="36"/>
            </w:rPr>
          </w:pPr>
          <w:r w:rsidRPr="006642BC">
            <w:rPr>
              <w:lang w:val="nb-NO"/>
            </w:rPr>
            <w:t>E-post: ${</w:t>
          </w:r>
          <w:proofErr w:type="spellStart"/>
          <w:proofErr w:type="gramStart"/>
          <w:r w:rsidRPr="006642BC">
            <w:rPr>
              <w:lang w:val="nb-NO"/>
            </w:rPr>
            <w:t>selskab.email</w:t>
          </w:r>
          <w:proofErr w:type="spellEnd"/>
          <w:proofErr w:type="gramEnd"/>
          <w:r w:rsidRPr="006642BC">
            <w:rPr>
              <w:lang w:val="nb-NO"/>
            </w:rPr>
            <w:t>}</w:t>
          </w:r>
        </w:p>
      </w:tc>
    </w:tr>
    <w:tr w:rsidR="007E636F" w14:paraId="4464D3B8" w14:textId="77777777" w:rsidTr="007E636F">
      <w:tc>
        <w:tcPr>
          <w:tcW w:w="5328" w:type="dxa"/>
          <w:vMerge/>
        </w:tcPr>
        <w:p w14:paraId="1A2995B4" w14:textId="77777777" w:rsidR="007E636F" w:rsidRDefault="007E636F" w:rsidP="007E636F">
          <w:pPr>
            <w:pStyle w:val="Header"/>
            <w:rPr>
              <w:b/>
              <w:bCs/>
              <w:sz w:val="36"/>
              <w:szCs w:val="36"/>
            </w:rPr>
          </w:pPr>
        </w:p>
      </w:tc>
      <w:tc>
        <w:tcPr>
          <w:tcW w:w="3528" w:type="dxa"/>
        </w:tcPr>
        <w:p w14:paraId="4860CB52" w14:textId="14E85691" w:rsidR="007E636F" w:rsidRPr="007E636F" w:rsidRDefault="007E636F" w:rsidP="007E636F">
          <w:pPr>
            <w:rPr>
              <w:lang w:val="nb-NO"/>
            </w:rPr>
          </w:pPr>
          <w:r w:rsidRPr="006642BC">
            <w:rPr>
              <w:lang w:val="nb-NO"/>
            </w:rPr>
            <w:t>Telefon: ${</w:t>
          </w:r>
          <w:proofErr w:type="spellStart"/>
          <w:proofErr w:type="gramStart"/>
          <w:r w:rsidRPr="006642BC">
            <w:rPr>
              <w:lang w:val="nb-NO"/>
            </w:rPr>
            <w:t>selskab.telefon</w:t>
          </w:r>
          <w:proofErr w:type="spellEnd"/>
          <w:proofErr w:type="gramEnd"/>
          <w:r w:rsidRPr="006642BC">
            <w:rPr>
              <w:lang w:val="nb-NO"/>
            </w:rPr>
            <w:t>}</w:t>
          </w:r>
        </w:p>
      </w:tc>
    </w:tr>
  </w:tbl>
  <w:p w14:paraId="3ACF5BF9" w14:textId="6D404451" w:rsidR="00B466F4" w:rsidRPr="007E636F" w:rsidRDefault="00B466F4">
    <w:pPr>
      <w:pStyle w:val="Header"/>
      <w:rPr>
        <w:b/>
        <w:bCs/>
        <w:sz w:val="36"/>
        <w:szCs w:val="36"/>
        <w:lang w:val="nb-N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E0498" w14:textId="77777777" w:rsidR="005C2043" w:rsidRDefault="005C20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7191535">
    <w:abstractNumId w:val="8"/>
  </w:num>
  <w:num w:numId="2" w16cid:durableId="898322096">
    <w:abstractNumId w:val="6"/>
  </w:num>
  <w:num w:numId="3" w16cid:durableId="700130418">
    <w:abstractNumId w:val="5"/>
  </w:num>
  <w:num w:numId="4" w16cid:durableId="1582567983">
    <w:abstractNumId w:val="4"/>
  </w:num>
  <w:num w:numId="5" w16cid:durableId="367028337">
    <w:abstractNumId w:val="7"/>
  </w:num>
  <w:num w:numId="6" w16cid:durableId="1798448643">
    <w:abstractNumId w:val="3"/>
  </w:num>
  <w:num w:numId="7" w16cid:durableId="1911504035">
    <w:abstractNumId w:val="2"/>
  </w:num>
  <w:num w:numId="8" w16cid:durableId="806899560">
    <w:abstractNumId w:val="1"/>
  </w:num>
  <w:num w:numId="9" w16cid:durableId="560949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7188"/>
    <w:rsid w:val="0006063C"/>
    <w:rsid w:val="0009795C"/>
    <w:rsid w:val="000B68E3"/>
    <w:rsid w:val="000C0BFB"/>
    <w:rsid w:val="000E2388"/>
    <w:rsid w:val="00102FC0"/>
    <w:rsid w:val="0015074B"/>
    <w:rsid w:val="00173908"/>
    <w:rsid w:val="00181284"/>
    <w:rsid w:val="001D4B6F"/>
    <w:rsid w:val="001F3D1E"/>
    <w:rsid w:val="002012E0"/>
    <w:rsid w:val="00210A56"/>
    <w:rsid w:val="0029639D"/>
    <w:rsid w:val="002A7448"/>
    <w:rsid w:val="00326F90"/>
    <w:rsid w:val="003C0F1B"/>
    <w:rsid w:val="0041279A"/>
    <w:rsid w:val="004730AE"/>
    <w:rsid w:val="004C0867"/>
    <w:rsid w:val="004D48DA"/>
    <w:rsid w:val="004F57EA"/>
    <w:rsid w:val="00502593"/>
    <w:rsid w:val="00542BC1"/>
    <w:rsid w:val="005769F2"/>
    <w:rsid w:val="005C2043"/>
    <w:rsid w:val="005C70A4"/>
    <w:rsid w:val="005F0AFE"/>
    <w:rsid w:val="005F0AFF"/>
    <w:rsid w:val="00644100"/>
    <w:rsid w:val="006642BC"/>
    <w:rsid w:val="006A4DED"/>
    <w:rsid w:val="006B5357"/>
    <w:rsid w:val="00737EA8"/>
    <w:rsid w:val="00740203"/>
    <w:rsid w:val="00787ECC"/>
    <w:rsid w:val="007A318F"/>
    <w:rsid w:val="007E636F"/>
    <w:rsid w:val="00855579"/>
    <w:rsid w:val="008869A4"/>
    <w:rsid w:val="008A189B"/>
    <w:rsid w:val="008F6E21"/>
    <w:rsid w:val="0091386C"/>
    <w:rsid w:val="009910F7"/>
    <w:rsid w:val="0099782E"/>
    <w:rsid w:val="009E08B0"/>
    <w:rsid w:val="00A00F7B"/>
    <w:rsid w:val="00A74738"/>
    <w:rsid w:val="00A85CBF"/>
    <w:rsid w:val="00AA1D8D"/>
    <w:rsid w:val="00AC3A6D"/>
    <w:rsid w:val="00AD3924"/>
    <w:rsid w:val="00B466F4"/>
    <w:rsid w:val="00B47730"/>
    <w:rsid w:val="00B47A3E"/>
    <w:rsid w:val="00B6525B"/>
    <w:rsid w:val="00BE7D4A"/>
    <w:rsid w:val="00BF4260"/>
    <w:rsid w:val="00BF69BB"/>
    <w:rsid w:val="00C06DF1"/>
    <w:rsid w:val="00CB0664"/>
    <w:rsid w:val="00D067B0"/>
    <w:rsid w:val="00E26C58"/>
    <w:rsid w:val="00E342B4"/>
    <w:rsid w:val="00EB1433"/>
    <w:rsid w:val="00F27B72"/>
    <w:rsid w:val="00F86D82"/>
    <w:rsid w:val="00F956E5"/>
    <w:rsid w:val="00FA6AE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00"/>
  <w15:docId w15:val="{F19E0112-CC45-2B49-A57C-ED4CD7BBB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1">
    <w:name w:val="p1"/>
    <w:basedOn w:val="Normal"/>
    <w:rsid w:val="00542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DefaultParagraphFont"/>
    <w:rsid w:val="00542BC1"/>
  </w:style>
  <w:style w:type="character" w:styleId="PageNumber">
    <w:name w:val="page number"/>
    <w:basedOn w:val="DefaultParagraphFont"/>
    <w:uiPriority w:val="99"/>
    <w:semiHidden/>
    <w:unhideWhenUsed/>
    <w:rsid w:val="00F86D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Eirik Fagereng</cp:lastModifiedBy>
  <cp:revision>56</cp:revision>
  <cp:lastPrinted>2025-11-26T15:27:00Z</cp:lastPrinted>
  <dcterms:created xsi:type="dcterms:W3CDTF">2013-12-23T23:15:00Z</dcterms:created>
  <dcterms:modified xsi:type="dcterms:W3CDTF">2026-05-08T14:05:00Z</dcterms:modified>
  <cp:category/>
</cp:coreProperties>
</file>